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color w:val="0B1420"/>
          <w:sz w:val="30"/>
        </w:rPr>
        <w:t>TACI BULLETIN</w:t>
      </w:r>
    </w:p>
    <w:p>
      <w:pPr>
        <w:spacing w:after="40"/>
        <w:jc w:val="center"/>
      </w:pPr>
      <w:r>
        <w:rPr>
          <w:rFonts w:ascii="Times New Roman" w:hAnsi="Times New Roman"/>
          <w:i/>
          <w:color w:val="A97B34"/>
          <w:sz w:val="20"/>
        </w:rPr>
        <w:t>Scientific &amp; Literary Forum — Manuscript Template</w:t>
      </w:r>
    </w:p>
    <w:p>
      <w:pPr>
        <w:spacing w:after="200"/>
        <w:pBdr>
          <w:bottom w:val="single" w:sz="8" w:space="1" w:color="A97B34"/>
        </w:pBdr>
      </w:pPr>
    </w:p>
    <w:p>
      <w:pPr>
        <w:spacing w:after="280"/>
        <w:jc w:val="left"/>
      </w:pPr>
      <w:r>
        <w:rPr>
          <w:rFonts w:ascii="Times New Roman" w:hAnsi="Times New Roman"/>
          <w:i/>
          <w:color w:val="943A3A"/>
          <w:sz w:val="18"/>
        </w:rPr>
        <w:t>[Instructions: Replace all bracketed text below with your own content. Sahifa submissions use a single-column literary layout — please keep the fonts and spacing already applied.]</w:t>
      </w:r>
    </w:p>
    <w:p>
      <w:pPr>
        <w:spacing w:after="200"/>
        <w:jc w:val="center"/>
      </w:pPr>
      <w:r>
        <w:rPr>
          <w:rFonts w:ascii="Times New Roman" w:hAnsi="Times New Roman"/>
          <w:b/>
          <w:color w:val="0B1420"/>
          <w:sz w:val="32"/>
        </w:rPr>
        <w:t>[Title of Your Piece — Times New Roman, 16pt, Bold, Centered]</w:t>
      </w:r>
    </w:p>
    <w:p>
      <w:pPr>
        <w:spacing w:after="40"/>
        <w:jc w:val="center"/>
      </w:pPr>
      <w:r>
        <w:rPr>
          <w:rFonts w:ascii="Times New Roman" w:hAnsi="Times New Roman"/>
          <w:b/>
          <w:sz w:val="24"/>
        </w:rPr>
        <w:t>[Author Name]</w:t>
      </w:r>
    </w:p>
    <w:p>
      <w:pPr>
        <w:spacing w:after="320"/>
        <w:jc w:val="center"/>
      </w:pPr>
      <w:r>
        <w:rPr>
          <w:rFonts w:ascii="Times New Roman" w:hAnsi="Times New Roman"/>
          <w:i/>
          <w:sz w:val="21"/>
        </w:rPr>
        <w:t>[Department / Program, Institution]</w:t>
      </w:r>
    </w:p>
    <w:p>
      <w:pPr>
        <w:spacing w:before="80" w:after="120"/>
        <w:jc w:val="left"/>
      </w:pPr>
      <w:r>
        <w:rPr>
          <w:rFonts w:ascii="Times New Roman" w:hAnsi="Times New Roman"/>
          <w:b/>
          <w:color w:val="0B1420"/>
          <w:sz w:val="22"/>
        </w:rPr>
        <w:t>CATEGORY</w:t>
      </w:r>
    </w:p>
    <w:p>
      <w:pPr>
        <w:spacing w:after="160"/>
        <w:jc w:val="left"/>
      </w:pPr>
      <w:r>
        <w:rPr>
          <w:rFonts w:ascii="Times New Roman" w:hAnsi="Times New Roman"/>
          <w:i/>
          <w:color w:val="555A66"/>
          <w:sz w:val="21"/>
        </w:rPr>
        <w:t>[Poetry / Short Story / Essay / Book Review / Opinion Article / Creative Writing / Reflection — choose one]</w:t>
      </w:r>
    </w:p>
    <w:p>
      <w:pPr>
        <w:spacing w:before="200" w:after="120"/>
        <w:jc w:val="left"/>
      </w:pPr>
      <w:r>
        <w:rPr>
          <w:rFonts w:ascii="Times New Roman" w:hAnsi="Times New Roman"/>
          <w:b/>
          <w:color w:val="0B1420"/>
          <w:sz w:val="22"/>
        </w:rPr>
        <w:t>PIECE</w:t>
      </w:r>
    </w:p>
    <w:p>
      <w:pPr>
        <w:spacing w:line="360" w:lineRule="auto"/>
        <w:jc w:val="both"/>
      </w:pPr>
      <w:r>
        <w:rPr>
          <w:rFonts w:ascii="Times New Roman" w:hAnsi="Times New Roman"/>
          <w:sz w:val="24"/>
        </w:rPr>
        <w:t>[Begin your literary submission here. Times New Roman, 12pt, single column, 1.5 line spacing, justified. There is no fixed word limit, but concise, well-edited submissions are preferred.]</w:t>
      </w:r>
    </w:p>
    <w:p>
      <w:pPr>
        <w:spacing w:before="320" w:after="120"/>
        <w:jc w:val="left"/>
      </w:pPr>
      <w:r>
        <w:rPr>
          <w:rFonts w:ascii="Times New Roman" w:hAnsi="Times New Roman"/>
          <w:b/>
          <w:color w:val="0B1420"/>
          <w:sz w:val="22"/>
        </w:rPr>
        <w:t>ABOUT THE AUTHOR (OPTIONAL)</w:t>
      </w:r>
    </w:p>
    <w:p>
      <w:pPr>
        <w:spacing w:after="160"/>
        <w:jc w:val="left"/>
      </w:pPr>
      <w:r>
        <w:rPr>
          <w:rFonts w:ascii="Times New Roman" w:hAnsi="Times New Roman"/>
          <w:i/>
          <w:color w:val="555A66"/>
          <w:sz w:val="21"/>
        </w:rPr>
        <w:t>[A short 2–3 line author bio may be included here.]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432" w:num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