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0B1420"/>
          <w:sz w:val="30"/>
        </w:rPr>
        <w:t>TACI BULLETIN</w:t>
      </w:r>
    </w:p>
    <w:p>
      <w:pPr>
        <w:spacing w:after="40"/>
        <w:jc w:val="center"/>
      </w:pPr>
      <w:r>
        <w:rPr>
          <w:rFonts w:ascii="Times New Roman" w:hAnsi="Times New Roman"/>
          <w:i/>
          <w:color w:val="A97B34"/>
          <w:sz w:val="20"/>
        </w:rPr>
        <w:t>Scientific &amp; Literary Forum — Manuscript Template</w:t>
      </w:r>
    </w:p>
    <w:p>
      <w:pPr>
        <w:spacing w:after="200"/>
        <w:pBdr>
          <w:bottom w:val="single" w:sz="8" w:space="1" w:color="A97B34"/>
        </w:pBdr>
      </w:pPr>
    </w:p>
    <w:p>
      <w:pPr>
        <w:spacing w:after="280"/>
        <w:jc w:val="left"/>
      </w:pPr>
      <w:r>
        <w:rPr>
          <w:rFonts w:ascii="Times New Roman" w:hAnsi="Times New Roman"/>
          <w:i/>
          <w:color w:val="943A3A"/>
          <w:sz w:val="18"/>
        </w:rPr>
        <w:t>[Instructions: Replace all bracketed text below with your own content. Do not change the fonts, sizes, or spacing that are already applied — they are set to the Scientific Forum's required format.]</w:t>
      </w:r>
    </w:p>
    <w:p>
      <w:pPr>
        <w:spacing w:after="200"/>
        <w:jc w:val="center"/>
      </w:pPr>
      <w:r>
        <w:rPr>
          <w:rFonts w:ascii="Times New Roman" w:hAnsi="Times New Roman"/>
          <w:b/>
          <w:color w:val="0B1420"/>
          <w:sz w:val="32"/>
        </w:rPr>
        <w:t>[Manuscript Title — Times New Roman, 16pt, Bold, Centered]</w:t>
      </w:r>
    </w:p>
    <w:p>
      <w:pPr>
        <w:spacing w:after="40"/>
        <w:jc w:val="center"/>
      </w:pPr>
      <w:r>
        <w:rPr>
          <w:rFonts w:ascii="Times New Roman" w:hAnsi="Times New Roman"/>
          <w:b/>
          <w:sz w:val="24"/>
        </w:rPr>
        <w:t>[First Author¹, Second Author², Third Author¹]</w:t>
      </w:r>
    </w:p>
    <w:p>
      <w:pPr>
        <w:spacing w:after="40"/>
        <w:jc w:val="center"/>
      </w:pPr>
      <w:r>
        <w:rPr>
          <w:rFonts w:ascii="Times New Roman" w:hAnsi="Times New Roman"/>
          <w:i/>
          <w:sz w:val="21"/>
        </w:rPr>
        <w:t>[¹Department, Institution, City, Country     ²Department, Institution, City, Country]</w:t>
      </w:r>
    </w:p>
    <w:p>
      <w:pPr>
        <w:spacing w:after="280"/>
        <w:jc w:val="center"/>
      </w:pPr>
      <w:r>
        <w:rPr>
          <w:rFonts w:ascii="Times New Roman" w:hAnsi="Times New Roman"/>
          <w:color w:val="555A66"/>
          <w:sz w:val="20"/>
        </w:rPr>
        <w:t>[Corresponding Author Email: name@domain.com]</w:t>
      </w:r>
    </w:p>
    <w:p>
      <w:pPr>
        <w:spacing w:before="80" w:after="120"/>
        <w:jc w:val="left"/>
      </w:pPr>
      <w:r>
        <w:rPr>
          <w:rFonts w:ascii="Times New Roman" w:hAnsi="Times New Roman"/>
          <w:b/>
          <w:color w:val="0B1420"/>
          <w:sz w:val="22"/>
        </w:rPr>
        <w:t>ABSTRACT</w:t>
      </w:r>
    </w:p>
    <w:p>
      <w:pPr>
        <w:spacing w:after="160"/>
        <w:jc w:val="both"/>
      </w:pPr>
      <w:r>
        <w:rPr>
          <w:rFonts w:ascii="Times New Roman" w:hAnsi="Times New Roman"/>
          <w:i/>
          <w:color w:val="555A66"/>
          <w:sz w:val="21"/>
        </w:rPr>
        <w:t>[Write a concise abstract of 150–250 words summarizing the objective, methodology, key results, and conclusion of your study. Font: Times New Roman, 10.5pt, Justified, Single-spaced.]</w:t>
      </w:r>
    </w:p>
    <w:p>
      <w:pPr>
        <w:spacing w:before="160" w:after="120"/>
        <w:jc w:val="left"/>
      </w:pPr>
      <w:r>
        <w:rPr>
          <w:rFonts w:ascii="Times New Roman" w:hAnsi="Times New Roman"/>
          <w:b/>
          <w:color w:val="0B1420"/>
          <w:sz w:val="22"/>
        </w:rPr>
        <w:t>KEYWORDS</w:t>
      </w:r>
    </w:p>
    <w:p>
      <w:pPr>
        <w:spacing w:after="160"/>
        <w:jc w:val="left"/>
      </w:pPr>
      <w:r>
        <w:rPr>
          <w:rFonts w:ascii="Times New Roman" w:hAnsi="Times New Roman"/>
          <w:i/>
          <w:color w:val="555A66"/>
          <w:sz w:val="21"/>
        </w:rPr>
        <w:t>[keyword one; keyword two; keyword three; keyword four; keyword five]</w:t>
      </w:r>
    </w:p>
    <w:p>
      <w:pPr>
        <w:sectPr>
          <w:type w:val="continuous"/>
        </w:sectPr>
      </w:pPr>
    </w:p>
    <w:p>
      <w:pPr>
        <w:spacing w:before="280" w:after="120"/>
        <w:jc w:val="left"/>
      </w:pPr>
      <w:r>
        <w:rPr>
          <w:rFonts w:ascii="Times New Roman" w:hAnsi="Times New Roman"/>
          <w:b/>
          <w:color w:val="0B1420"/>
          <w:sz w:val="24"/>
        </w:rPr>
        <w:t>1. Introduction</w:t>
      </w:r>
    </w:p>
    <w:p>
      <w:pPr>
        <w:spacing w:line="276" w:lineRule="auto"/>
        <w:jc w:val="both"/>
      </w:pPr>
      <w:r>
        <w:rPr>
          <w:rFonts w:ascii="Times New Roman" w:hAnsi="Times New Roman"/>
          <w:sz w:val="24"/>
        </w:rPr>
        <w:t>[State the background, problem statement, and objective of your research. Times New Roman, 12pt, Justified, 1.15 line spacing.]</w:t>
      </w:r>
    </w:p>
    <w:p>
      <w:pPr>
        <w:spacing w:before="280" w:after="120"/>
        <w:jc w:val="left"/>
      </w:pPr>
      <w:r>
        <w:rPr>
          <w:rFonts w:ascii="Times New Roman" w:hAnsi="Times New Roman"/>
          <w:b/>
          <w:color w:val="0B1420"/>
          <w:sz w:val="24"/>
        </w:rPr>
        <w:t>2. Literature Review</w:t>
      </w:r>
    </w:p>
    <w:p>
      <w:pPr>
        <w:spacing w:line="276" w:lineRule="auto"/>
        <w:jc w:val="both"/>
      </w:pPr>
      <w:r>
        <w:rPr>
          <w:rFonts w:ascii="Times New Roman" w:hAnsi="Times New Roman"/>
          <w:sz w:val="24"/>
        </w:rPr>
        <w:t>[Summarize relevant prior work and identify the research gap your study addresses.]</w:t>
      </w:r>
    </w:p>
    <w:p>
      <w:pPr>
        <w:spacing w:before="280" w:after="120"/>
        <w:jc w:val="left"/>
      </w:pPr>
      <w:r>
        <w:rPr>
          <w:rFonts w:ascii="Times New Roman" w:hAnsi="Times New Roman"/>
          <w:b/>
          <w:color w:val="0B1420"/>
          <w:sz w:val="24"/>
        </w:rPr>
        <w:t>3. Methodology</w:t>
      </w:r>
    </w:p>
    <w:p>
      <w:pPr>
        <w:spacing w:line="276" w:lineRule="auto"/>
        <w:jc w:val="both"/>
      </w:pPr>
      <w:r>
        <w:rPr>
          <w:rFonts w:ascii="Times New Roman" w:hAnsi="Times New Roman"/>
          <w:sz w:val="24"/>
        </w:rPr>
        <w:t>[Describe your research design, data sources, tools, and analysis methods in enough detail for replication.]</w:t>
      </w:r>
    </w:p>
    <w:p>
      <w:pPr>
        <w:spacing w:before="280" w:after="120"/>
        <w:jc w:val="left"/>
      </w:pPr>
      <w:r>
        <w:rPr>
          <w:rFonts w:ascii="Times New Roman" w:hAnsi="Times New Roman"/>
          <w:b/>
          <w:color w:val="0B1420"/>
          <w:sz w:val="24"/>
        </w:rPr>
        <w:t>4. Results</w:t>
      </w:r>
    </w:p>
    <w:p>
      <w:pPr>
        <w:spacing w:line="276" w:lineRule="auto"/>
        <w:jc w:val="both"/>
      </w:pPr>
      <w:r>
        <w:rPr>
          <w:rFonts w:ascii="Times New Roman" w:hAnsi="Times New Roman"/>
          <w:sz w:val="24"/>
        </w:rPr>
        <w:t>[Present your findings using text, tables, or figures as appropriate. Number and caption all tables/figures, e.g., “Table 1: ...”]</w:t>
      </w:r>
    </w:p>
    <w:p>
      <w:pPr>
        <w:spacing w:before="280" w:after="120"/>
        <w:jc w:val="left"/>
      </w:pPr>
      <w:r>
        <w:rPr>
          <w:rFonts w:ascii="Times New Roman" w:hAnsi="Times New Roman"/>
          <w:b/>
          <w:color w:val="0B1420"/>
          <w:sz w:val="24"/>
        </w:rPr>
        <w:t>5. Discussion</w:t>
      </w:r>
    </w:p>
    <w:p>
      <w:pPr>
        <w:spacing w:line="276" w:lineRule="auto"/>
        <w:jc w:val="both"/>
      </w:pPr>
      <w:r>
        <w:rPr>
          <w:rFonts w:ascii="Times New Roman" w:hAnsi="Times New Roman"/>
          <w:sz w:val="24"/>
        </w:rPr>
        <w:t>[Interpret your results, relate them to existing literature, and note limitations of the study.]</w:t>
      </w:r>
    </w:p>
    <w:p>
      <w:pPr>
        <w:spacing w:before="280" w:after="120"/>
        <w:jc w:val="left"/>
      </w:pPr>
      <w:r>
        <w:rPr>
          <w:rFonts w:ascii="Times New Roman" w:hAnsi="Times New Roman"/>
          <w:b/>
          <w:color w:val="0B1420"/>
          <w:sz w:val="24"/>
        </w:rPr>
        <w:t>6. Conclusion</w:t>
      </w:r>
    </w:p>
    <w:p>
      <w:pPr>
        <w:spacing w:line="276" w:lineRule="auto"/>
        <w:jc w:val="both"/>
      </w:pPr>
      <w:r>
        <w:rPr>
          <w:rFonts w:ascii="Times New Roman" w:hAnsi="Times New Roman"/>
          <w:sz w:val="24"/>
        </w:rPr>
        <w:t>[Summarize the key contribution of the paper and suggest directions for future research.]</w:t>
      </w:r>
    </w:p>
    <w:p>
      <w:pPr>
        <w:spacing w:before="320" w:after="120"/>
        <w:jc w:val="left"/>
      </w:pPr>
      <w:r>
        <w:rPr>
          <w:rFonts w:ascii="Times New Roman" w:hAnsi="Times New Roman"/>
          <w:b/>
          <w:color w:val="0B1420"/>
          <w:sz w:val="24"/>
        </w:rPr>
        <w:t>References</w:t>
      </w:r>
    </w:p>
    <w:p>
      <w:pPr>
        <w:spacing w:after="120"/>
        <w:jc w:val="left"/>
      </w:pPr>
      <w:r>
        <w:rPr>
          <w:rFonts w:ascii="Times New Roman" w:hAnsi="Times New Roman"/>
          <w:i w:val="0"/>
          <w:color w:val="555A66"/>
          <w:sz w:val="21"/>
        </w:rPr>
        <w:t>[List all references in APA (or your assigned) citation style, alphabetically ordered, with a hanging indent. Example:]</w:t>
      </w:r>
    </w:p>
    <w:p>
      <w:pPr>
        <w:ind w:left="432" w:hanging="432"/>
      </w:pPr>
      <w:r>
        <w:rPr>
          <w:rFonts w:ascii="Times New Roman" w:hAnsi="Times New Roman"/>
          <w:sz w:val="21"/>
        </w:rPr>
        <w:t>Author, A. A. (Year). Title of the work. Journal Name, Volume(Issue), page range. https://doi.org/xxxx</w:t>
      </w:r>
    </w:p>
    <w:sectPr w:rsidR="00FC693F" w:rsidRPr="0006063C" w:rsidSect="00034616">
      <w:type w:val="continuous"/>
      <w:pgSz w:w="12240" w:h="15840"/>
      <w:pgMar w:top="1134" w:right="1247" w:bottom="1134" w:left="1247" w:header="720" w:footer="720" w:gutter="0"/>
      <w:cols w:space="43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